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  <w:pBdr>
          <w:bottom w:val="nil"/>
        </w:pBdr>
      </w:pPr>
      <w:r>
        <w:rPr>
          <w:rFonts w:ascii="맑은 고딕" w:hAnsi="맑은 고딕" w:eastAsia="맑은 고딕"/>
          <w:b/>
          <w:color w:val="000000"/>
          <w:sz w:val="48"/>
        </w:rPr>
        <w:t>휴가 신청서</w:t>
      </w:r>
    </w:p>
    <w:p>
      <w:pPr>
        <w:spacing w:after="360" w:line="312" w:lineRule="auto"/>
        <w:jc w:val="center"/>
      </w:pPr>
      <w:r>
        <w:rPr>
          <w:rFonts w:ascii="맑은 고딕" w:hAnsi="맑은 고딕" w:eastAsia="맑은 고딕"/>
          <w:b w:val="0"/>
          <w:color w:val="000000"/>
          <w:sz w:val="20"/>
        </w:rPr>
        <w:t>회사 제출 절차에 맞춰 내용을 작성하고 필요한 항목을 조정하세요.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8"/>
        <w:gridCol w:w="7540"/>
      </w:tblGrid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회사명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소속 / 직위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성명 / 사번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휴가 구분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□ 연차     □ 반차     □ 기타 (                     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휴가 기간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 xml:space="preserve">        년      월      일 ~         년      월      일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사용 일수 / 시간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 xml:space="preserve">         일 /          시간  (회사 기록 기준에 맞춰 작성)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반차 등 시간대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 xml:space="preserve">        시      분 ~         시      분  (해당 시 작성)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사유 / 참고 사항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필요한 범위에서 작성</w:t>
            </w:r>
          </w:p>
        </w:tc>
      </w:tr>
    </w:tbl>
    <w:p>
      <w:pPr>
        <w:spacing w:after="160" w:line="312" w:lineRule="auto" w:before="200"/>
      </w:pPr>
      <w:r>
        <w:rPr>
          <w:rFonts w:ascii="맑은 고딕" w:hAnsi="맑은 고딕" w:eastAsia="맑은 고딕"/>
          <w:b/>
          <w:color w:val="000000"/>
          <w:sz w:val="22"/>
        </w:rPr>
        <w:t>업무 인계 사항</w:t>
      </w:r>
    </w:p>
    <w:p>
      <w:pPr>
        <w:spacing w:after="280" w:line="312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인계 업무 / 자료 위치 / 인계 담당 / 확인 사항</w:t>
        <w:br/>
        <w:t>____________________________________________________________________</w:t>
      </w:r>
    </w:p>
    <w:p>
      <w:pPr>
        <w:spacing w:after="320" w:line="312" w:lineRule="auto"/>
        <w:jc w:val="center"/>
      </w:pPr>
      <w:r>
        <w:rPr>
          <w:rFonts w:ascii="맑은 고딕" w:hAnsi="맑은 고딕" w:eastAsia="맑은 고딕"/>
          <w:b w:val="0"/>
          <w:color w:val="000000"/>
          <w:sz w:val="22"/>
        </w:rPr>
        <w:t>위와 같이 휴가 사용을 신청합니다.</w:t>
      </w:r>
    </w:p>
    <w:p>
      <w:pPr>
        <w:spacing w:after="24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작성일:         년      월      일</w:t>
      </w:r>
    </w:p>
    <w:p>
      <w:pPr>
        <w:spacing w:after="28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신청인:                          (서명)</w:t>
      </w:r>
    </w:p>
    <w:p>
      <w:pPr>
        <w:spacing w:after="0" w:line="312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회사 확인란 (필요한 경우): 담당 / 확인일 / 기록</w:t>
        <w:br/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b w:val="0"/>
        <w:color w:val="000000"/>
        <w:sz w:val="16"/>
      </w:rPr>
      <w:t>일반 편집 양식 · 회사 지정 양식이 있으면 우선 사용하세요.  |  2026-10-11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맑은 고딕" w:hAnsi="맑은 고딕" w:eastAsia="맑은 고딕"/>
        <w:b w:val="0"/>
        <w:color w:val="000000"/>
        <w:sz w:val="16"/>
      </w:rPr>
      <w:t>FlexM Studio  |  기본 업무 양식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 신청서</dc:title>
  <dc:subject>일반 회사 업무용 기본 양식</dc:subject>
  <dc:creator>FlexM Studio</dc:creator>
  <cp:keywords/>
  <dc:description>generated by python-docx</dc:description>
  <cp:lastModifiedBy>FlexM Studio</cp:lastModifiedBy>
  <cp:revision>1</cp:revision>
  <dcterms:created xsi:type="dcterms:W3CDTF">2013-12-23T23:15:00Z</dcterms:created>
  <dcterms:modified xsi:type="dcterms:W3CDTF">2013-12-23T23:15:00Z</dcterms:modified>
  <cp:category/>
</cp:coreProperties>
</file>